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4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22"/>
              </w:rPr>
              <w:t>ANHANG C</w:t>
            </w:r>
          </w:p>
        </w:tc>
      </w:tr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E8EEF4" w:val="clear"/>
            <w:tcMar>
              <w:bottom w:w="8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36"/>
              </w:rPr>
              <w:t>Wallet- und Börsenverzeichnis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Stammdaten und Vollständigkeit, keine Transaktionsrechnung. Unterkonten mit eigener Historie erhalten ein eigenes Quellenblatt. Keine Seeds, Passwörter oder Wiederherstellungscodes.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C.1 Verzeichnis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Steuerjahr / Person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Bezeichnung der Jahresakte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Erstellt / zuletzt aktualisiert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Bearbeiter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Anzahl Quellenblätter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Speicherort Originaldaten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C.2 Gesamtübersicht</w:t>
      </w:r>
    </w:p>
    <w:tbl>
      <w:tblPr>
        <w:tblW w:w="9864" w:type="dxa"/>
        <w:jc w:val="start"/>
        <w:tblInd w:w="45" w:type="dxa"/>
        <w:tblLayout w:type="fixed"/>
        <w:tblCellMar>
          <w:top w:w="40" w:type="dxa"/>
          <w:start w:w="50" w:type="dxa"/>
          <w:bottom w:w="40" w:type="dxa"/>
          <w:end w:w="50" w:type="dxa"/>
        </w:tblCellMar>
        <w:tblLook w:val="04a0" w:firstRow="1" w:noVBand="1" w:lastRow="0" w:firstColumn="1" w:lastColumn="0" w:noHBand="0"/>
      </w:tblPr>
      <w:tblGrid>
        <w:gridCol w:w="1246"/>
        <w:gridCol w:w="2495"/>
        <w:gridCol w:w="2380"/>
        <w:gridCol w:w="1814"/>
        <w:gridCol w:w="1929"/>
      </w:tblGrid>
      <w:tr>
        <w:trPr/>
        <w:tc>
          <w:tcPr>
            <w:tcW w:w="1246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Quellen-ID</w:t>
            </w:r>
          </w:p>
        </w:tc>
        <w:tc>
          <w:tcPr>
            <w:tcW w:w="249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Anbieter / Wallet</w:t>
            </w:r>
          </w:p>
        </w:tc>
        <w:tc>
          <w:tcPr>
            <w:tcW w:w="2380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Konto / Einheit</w:t>
            </w:r>
          </w:p>
        </w:tc>
        <w:tc>
          <w:tcPr>
            <w:tcW w:w="1814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Art / Zeitraum</w:t>
            </w:r>
          </w:p>
        </w:tc>
        <w:tc>
          <w:tcPr>
            <w:tcW w:w="1929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Status</w:t>
            </w:r>
          </w:p>
        </w:tc>
      </w:tr>
      <w:tr>
        <w:trPr>
          <w:cantSplit/>
        </w:trPr>
        <w:tc>
          <w:tcPr>
            <w:tcW w:w="1246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495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38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8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929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  <w:tr>
        <w:trPr>
          <w:cantSplit/>
        </w:trPr>
        <w:tc>
          <w:tcPr>
            <w:tcW w:w="1246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495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38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8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929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  <w:tr>
        <w:trPr>
          <w:cantSplit/>
        </w:trPr>
        <w:tc>
          <w:tcPr>
            <w:tcW w:w="1246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495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38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8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929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  <w:tr>
        <w:trPr>
          <w:cantSplit/>
        </w:trPr>
        <w:tc>
          <w:tcPr>
            <w:tcW w:w="1246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495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38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8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929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  <w:tr>
        <w:trPr>
          <w:cantSplit/>
        </w:trPr>
        <w:tc>
          <w:tcPr>
            <w:tcW w:w="1246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495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38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8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1929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  <w:tcMar>
              <w:top w:w="50" w:type="dxa"/>
              <w:bottom w:w="5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Weitere Quellen auf gesonderter Übersicht anlegen.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C.3–C.16 Quellenblatt (je Quelle wiederholen)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Quellen-ID / Kurzbezeichnung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Anbieter / URL / Sitz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Nutzungsbeginn / -ende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Status der Quelle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aktiv  ☐ zeitweise  ☐ geschlossen  ☐ Zugriff eingeschränkt  ☐ nicht erreichbar  ☐ historisch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C.4 Art der Quelle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zentrale Börse / Broker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verwahrte Wallet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Self-Custody / Hardware / Software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Explorer / On-Chain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DeFi-Protokoll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Staking / Validator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Lending / Earn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Mining-Pool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NFT-Marktplatz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Karte / Zahlungsdienst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Steuer-Tool (abgeleitet)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Bank / Fiat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liefert Käufe/Verkäufe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Tausch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Ein-/Auszahlung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Walletbewegung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Gebühren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Rewards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interne Umbuchung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Bestände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Fiat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Vertrag / Produkt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C.5 Person und Zurechnung</w:t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Technische Kontrolle entscheidet nicht allein. Kapitel 1 und 2.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Kontoinhaber / wirtschaftlich Berechtigter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Zugeordnete steuerpflichtige Person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Nutzungsform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allein  ☐ gemeinschaftlich  ☐ Familie  ☐ Gesellschaft  ☐ betrieblich  ☐ gemischt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Grundlage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KYC  ☐ Bankbeleg  ☐ Wallet-Einrichtung  ☐ Signatur  ☐ Kette  ☐ Vertrag  ☐ unzureichend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C.6 Unterkonten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Spot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Funding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Earn / Lending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Staking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Margin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Derivate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Karte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Fiat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Custody / Vault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NFT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Gesonderte Quellen-IDs der Unterkonten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Interne Umbuchungen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vollständig  ☐ teilweise ungeklärt  ☐ keine  ☐ unklar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C.7 Wallet- und Adressstruktur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Bezeichnung / Typ / Chains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Öffentliche Adressen (keine xPub-Rohschlüssel in der Akte)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Adressstruktur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eine Adresse  ☐ mehrere  ☐ Wechseladressen  ☐ UTXO  ☐ Multi-Sig  ☐ Contract-Wallet  ☐ Sammeladresse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Zusammenfassung als eine Verwahrungseinheit begründet?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C.8 Zugriff und Sicherung</w:t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Zugriff uneingeschränkt / nur lesend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Konto geschlossen, Export vorhanden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gesperrt / Zugang verloren / Anbieter weg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Originalexport / PDF / Screenshot ohne Schlüssel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Seed / kein Passwort / kein Recovery in dieser Akte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Speicherort / letzte Zugriffskontrolle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C.9–C.12 Daten, Export, Zeitraum, Zeitzone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Order- und Ausführungshistorie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Ein-/Auszahlung mit Hash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Rewards / Claim / Auto-Compound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Anfangs- und Schlussbestand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Fiatbewegungen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Export 1: Datei / Format / Abruf / Zeitraum / Zeitzone / Filter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Export 2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API ohne dauerhafte Sicherung?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nein  ☐ ja, durch Datei ergänzt  ☐ ja, Lücke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Erster / letzter Datensatz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Vollständigkeit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vollständig  ☐ Lücken  ☐ nur Report ohne Original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Quell-Zeitzone / Arbeitszeitzone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C.13 Produktbedingungen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Verwahrung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Weiterverleih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Rückzahlungsanspruch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Lock-up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Vergütung / Claim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Empfangstoken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Slashing / Insolvenzregel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Gesicherte Fassung vom / Datei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Spätere Änderungen bekannt?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C.14 Bestandskontrolle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Anfangsbestand Stichtag / Quelle / Abweichung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Schlussbestand Stichtag / Quelle / Abweichung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Bestände stimmen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gesperrte / gestakte / verliehene Positionen sichtbar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Empfangstoken gesondert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Negative Bestände untersucht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Differenz erklärt oder offen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C.15 Verbindungen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Fiat von/zu Bank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 eigener Wallet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von eigener Wallet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interne Umbuchung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Bridge / Protokoll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 Dritten / Schenkung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ungeklärt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Verbindungselemente (Hash, ID, Adresse, Zeit, Menge)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Nicht verbundene Ein-/Ausgänge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C.16 Abschluss der Quelle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ID eindeutig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Zuordnung geprüft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Unterkonten erfasst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Exporte und Zeitzone festgehalten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Lücken benannt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Zugangsdaten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Einordnung nicht aus Quellenart abgeleitet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Gesamtstatus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vollständig  ☐ mit Einschränkung verwendbar  ☐ Rekonstruktion  ☐ Zuordnung offen  ☐ Beratung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Nächste Handlung / Datum / Bearbeiter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59" w:before="0" w:after="8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20" w:right="1020" w:gutter="0" w:header="397" w:top="907" w:footer="397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C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C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59" w:before="0" w:after="80"/>
      <w:jc w:val="start"/>
    </w:pPr>
    <w:rPr>
      <w:rFonts w:ascii="Calibri" w:hAnsi="Calibri" w:eastAsia="ＭＳ 明朝" w:cs=""/>
      <w:color w:val="1A1A1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8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Kopf-Fuzeile">
    <w:name w:val="Kopf-/Fußzeile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8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8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8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8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8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8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8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8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8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berschrift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>
  <ns0:Template>Normal.dotm</ns0:Template>
  <ns0:TotalTime>3</ns0:TotalTime>
  <ns0:Application>LibreOffice/26.2.5.2$Windows_X86_64 LibreOffice_project/cd7284b4cbbfeb507e630c1aac019f4157393acb</ns0:Application>
  <ns0:AppVersion>15.0000</ns0:AppVersion>
  <ns0:Pages>5</ns0:Pages>
  <ns0:Words>581</ns0:Words>
  <ns0:Characters>3404</ns0:Characters>
  <ns0:CharactersWithSpaces>3957</ns0:CharactersWithSpaces>
  <ns0:Paragraphs>136</ns0:Paragraphs>
  <ns0:Company>Nexaplex</ns0:Company>
  <ns0:Manager>Michael Schütz</ns0:Manager>
</ns0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2026-09-01T00:00:00Z</dcterms:created>
  <dc:creator>Michael Schütz</dc:creator>
  <dc:description>Arbeitsblatt zum Buch. Keine steuerliche Beratung. © 2026 Michael Schütz. Alle Rechte vorbehalten.</dc:description>
  <dc:language>de-DE</dc:language>
  <cp:lastModifiedBy>Michael Schütz</cp:lastModifiedBy>
  <dcterms:modified xsi:type="dcterms:W3CDTF">2026-09-13T11:59:52Z</dcterms:modified>
  <cp:revision>3</cp:revision>
  <dc:subject>Krypto-Steuern in Deutschland · Krypto Praxis · Band 1</dc:subject>
  <dc:title>Anhang C — Wallet- und Börsenverzeichnis</dc:title>
  <cp:keywords>Krypto, Steuern, Jahrescheckliste, Nexaplex, Krypto Praxis</cp:keywords>
  <cp:category>Arbeitsblatt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© 2026 Michael Schütz. Alle Rechte vorbehalten.</vt:lpwstr>
  </property>
  <property fmtid="{D5CDD505-2E9C-101B-9397-08002B2CF9AE}" pid="3" name="Company">
    <vt:lpwstr>Nexaplex</vt:lpwstr>
  </property>
</Properties>
</file>